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SOHO HOUSE UK LTD</w:t>
      </w:r>
    </w:p>
    <w:p/>
    <w:p>
      <w:r>
        <w:t>Ściśle Prywatne i Poufne</w:t>
      </w:r>
    </w:p>
    <w:p/>
    <w:p>
      <w:r>
        <w:t>Do Wszystkich Zainteresowanych:</w:t>
      </w:r>
    </w:p>
    <w:p/>
    <w:p>
      <w:r>
        <w:t>14 stycznia 2013</w:t>
      </w:r>
    </w:p>
    <w:p/>
    <w:p>
      <w:r>
        <w:t>Potwierdzenie Zatrudnienia</w:t>
      </w:r>
    </w:p>
    <w:p>
      <w:r>
        <w:t>Pani Agnieszka Szczerbaty</w:t>
      </w:r>
    </w:p>
    <w:p/>
    <w:p>
      <w:r>
        <w:t>Szanowni Państwo,</w:t>
      </w:r>
    </w:p>
    <w:p/>
    <w:p>
      <w:r>
        <w:t>Niniejszy list służy potwierdzeniu zatrudnienia Pani Lisy Agnieszki Szczerbaty.</w:t>
      </w:r>
    </w:p>
    <w:p/>
    <w:p>
      <w:r>
        <w:t>Agnieszka rozpoczęła zatrudnienie w Soho House Group 3 listopada 2009 roku. Była zatrudniona jako Kelnerka w Hoxton Grill w Londynie, będącym częścią Soho House Group.</w:t>
      </w:r>
    </w:p>
    <w:p/>
    <w:p>
      <w:r>
        <w:t>Było to stanowisko, które zajmowała do czasu, gdy opuściła nasze zatrudnienie 14 sierpnia 2011 roku.</w:t>
      </w:r>
    </w:p>
    <w:p/>
    <w:p>
      <w:r>
        <w:t>W razie potrzeby uzyskania dalszych informacji proszę o kontakt:</w:t>
      </w:r>
    </w:p>
    <w:p>
      <w:r>
        <w:t>sylwia@sohohouse.com lub 020 707 41516.</w:t>
      </w:r>
    </w:p>
    <w:p/>
    <w:p>
      <w:r>
        <w:t>Z poważaniem,</w:t>
      </w:r>
    </w:p>
    <w:p/>
    <w:p>
      <w:r>
        <w:t>Sylvia Rojek</w:t>
      </w:r>
    </w:p>
    <w:p>
      <w:r>
        <w:t>Kierownik Działu Zasobów Ludzkich</w:t>
      </w:r>
    </w:p>
    <w:p>
      <w:r>
        <w:t>www.sohohouse.com</w:t>
      </w:r>
    </w:p>
    <w:p/>
    <w:p>
      <w:r>
        <w:t>SOHO HOUSE UK LTD 72-74 DEAN STREET W1D 3SG FAKS 020 7851 1198 WWW.SOHOHOUSE.COM</w:t>
      </w:r>
    </w:p>
    <w:p>
      <w:r>
        <w:t>SIEDZIBA ZAREJESTROWANA 72-74 DEAN STREET W1D 3SG ZAREJESTROWANA W ANGLII I WALII NUMER: 2864309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